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4A2" w:rsidRPr="003B29F0" w:rsidRDefault="007A3AC0" w:rsidP="007A3AC0">
      <w:pPr>
        <w:spacing w:after="40"/>
        <w:jc w:val="center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T.C. IĞDIR ÜNİVERSİTESİ REKTÖRLÜĞÜ</w:t>
      </w:r>
    </w:p>
    <w:p w:rsidR="004304A2" w:rsidRPr="003B29F0" w:rsidRDefault="007A3AC0" w:rsidP="007A3AC0">
      <w:pPr>
        <w:spacing w:after="40"/>
        <w:jc w:val="center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IĞDIR MESLEK YÜKSEKOKULU MÜDÜRLÜĞÜ</w:t>
      </w:r>
    </w:p>
    <w:p w:rsidR="004304A2" w:rsidRPr="003B29F0" w:rsidRDefault="007A3AC0" w:rsidP="007A3AC0">
      <w:pPr>
        <w:spacing w:after="80"/>
        <w:jc w:val="center"/>
        <w:rPr>
          <w:rFonts w:cs="Times New Roman"/>
          <w:sz w:val="24"/>
          <w:szCs w:val="24"/>
        </w:rPr>
      </w:pPr>
      <w:bookmarkStart w:id="0" w:name="_GoBack"/>
      <w:r w:rsidRPr="003B29F0">
        <w:rPr>
          <w:rFonts w:cs="Times New Roman"/>
          <w:b/>
          <w:sz w:val="24"/>
          <w:szCs w:val="24"/>
        </w:rPr>
        <w:t>EK-1 TAAHHÜTNAME FORMU</w:t>
      </w:r>
    </w:p>
    <w:bookmarkEnd w:id="0"/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Sivil Havacılık Kabin Hizmetleri Programı</w:t>
      </w:r>
    </w:p>
    <w:p w:rsidR="004304A2" w:rsidRPr="003B29F0" w:rsidRDefault="007A3AC0" w:rsidP="003B29F0">
      <w:pPr>
        <w:spacing w:after="16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sz w:val="24"/>
          <w:szCs w:val="24"/>
        </w:rPr>
        <w:t xml:space="preserve">YKS Kılavuzunda ve Üniversitemiz Kesin Kayıt Duyurusunda yer alan Sivil Havacılık Kabin Hizmetleri (Ön Lisans) </w:t>
      </w:r>
      <w:r w:rsidRPr="003B29F0">
        <w:rPr>
          <w:rFonts w:cs="Times New Roman"/>
          <w:sz w:val="24"/>
          <w:szCs w:val="24"/>
        </w:rPr>
        <w:t>programına kayıt yaptırabilmek ve eğitimi tamamlayıp mesleği icra edebilmek için aranan nitelikler aşağıda belirtilmiştir:</w:t>
      </w:r>
    </w:p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Mesleğin İcrası İçin Aranan Nitelikler (Bk. 10 Koşulları)</w:t>
      </w:r>
    </w:p>
    <w:p w:rsidR="004304A2" w:rsidRPr="003B29F0" w:rsidRDefault="007A3AC0" w:rsidP="003B29F0">
      <w:pPr>
        <w:spacing w:after="8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 xml:space="preserve">1. Adli Sicil Durumu: </w:t>
      </w:r>
      <w:r w:rsidRPr="003B29F0">
        <w:rPr>
          <w:rFonts w:cs="Times New Roman"/>
          <w:sz w:val="24"/>
          <w:szCs w:val="24"/>
        </w:rPr>
        <w:t>Adli sicil kaydı veya Adli Sicil Arşiv Kaydı bulunmam</w:t>
      </w:r>
      <w:r w:rsidRPr="003B29F0">
        <w:rPr>
          <w:rFonts w:cs="Times New Roman"/>
          <w:sz w:val="24"/>
          <w:szCs w:val="24"/>
        </w:rPr>
        <w:t>ak.</w:t>
      </w:r>
    </w:p>
    <w:p w:rsidR="004304A2" w:rsidRPr="003B29F0" w:rsidRDefault="007A3AC0" w:rsidP="003B29F0">
      <w:pPr>
        <w:spacing w:after="8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 xml:space="preserve">2. Kadın Adaylar İçin Boy/Kilo: </w:t>
      </w:r>
      <w:r w:rsidRPr="003B29F0">
        <w:rPr>
          <w:rFonts w:cs="Times New Roman"/>
          <w:sz w:val="24"/>
          <w:szCs w:val="24"/>
        </w:rPr>
        <w:t>160 cm - 180 cm arası boya sahip olmak (ağırlığı, boy uzunluğunun santimetre olarak ifade edilen değerinin son iki rakamından en çok 5 kilogram fazla veya 15 kilogram noksan ağırlıkta olmak).</w:t>
      </w:r>
    </w:p>
    <w:p w:rsidR="004304A2" w:rsidRPr="003B29F0" w:rsidRDefault="007A3AC0" w:rsidP="003B29F0">
      <w:pPr>
        <w:spacing w:after="8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3. Erkek Adaylar İçin Boy/Ki</w:t>
      </w:r>
      <w:r w:rsidRPr="003B29F0">
        <w:rPr>
          <w:rFonts w:cs="Times New Roman"/>
          <w:b/>
          <w:sz w:val="24"/>
          <w:szCs w:val="24"/>
        </w:rPr>
        <w:t xml:space="preserve">lo: </w:t>
      </w:r>
      <w:r w:rsidRPr="003B29F0">
        <w:rPr>
          <w:rFonts w:cs="Times New Roman"/>
          <w:sz w:val="24"/>
          <w:szCs w:val="24"/>
        </w:rPr>
        <w:t>170 cm - 190 cm arası boya sahip olmak (ağırlığı, boy uzunluğunun santimetre olarak ifade edilen değerinin son iki rakamından en çok 5 kilogram fazla veya 15 kilogram noksan ağırlıkta olmak).</w:t>
      </w:r>
    </w:p>
    <w:p w:rsidR="004304A2" w:rsidRPr="003B29F0" w:rsidRDefault="007A3AC0" w:rsidP="003B29F0">
      <w:pPr>
        <w:spacing w:after="8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 xml:space="preserve">4. Sağlık Raporu: </w:t>
      </w:r>
      <w:r w:rsidRPr="003B29F0">
        <w:rPr>
          <w:rFonts w:cs="Times New Roman"/>
          <w:sz w:val="24"/>
          <w:szCs w:val="24"/>
        </w:rPr>
        <w:t>Sivil Havacılık Genel Müdürlüğü (SHGM) tar</w:t>
      </w:r>
      <w:r w:rsidRPr="003B29F0">
        <w:rPr>
          <w:rFonts w:cs="Times New Roman"/>
          <w:sz w:val="24"/>
          <w:szCs w:val="24"/>
        </w:rPr>
        <w:t>afından yetkilendirilmiş havacılık tıp merkezlerinde yapılan muayene sonucunda uçuşa elverişli olduğuna dair sağlık raporu almak.</w:t>
      </w:r>
    </w:p>
    <w:p w:rsidR="004304A2" w:rsidRPr="003B29F0" w:rsidRDefault="007A3AC0" w:rsidP="003B29F0">
      <w:pPr>
        <w:spacing w:after="8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 xml:space="preserve">5. Fiziki Görünüm: </w:t>
      </w:r>
      <w:r w:rsidRPr="003B29F0">
        <w:rPr>
          <w:rFonts w:cs="Times New Roman"/>
          <w:sz w:val="24"/>
          <w:szCs w:val="24"/>
        </w:rPr>
        <w:t>Kabin memuru üniforması giyildiğinde vücudunun görünen yerlerinde dövme, yara izi vb. bulunmamak.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22"/>
        <w:gridCol w:w="5316"/>
        <w:gridCol w:w="1324"/>
      </w:tblGrid>
      <w:tr w:rsidR="004304A2" w:rsidRPr="003B29F0" w:rsidTr="003B29F0">
        <w:trPr>
          <w:jc w:val="center"/>
        </w:trPr>
        <w:tc>
          <w:tcPr>
            <w:tcW w:w="3324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3B29F0">
              <w:rPr>
                <w:rFonts w:cs="Times New Roman"/>
                <w:b/>
                <w:sz w:val="22"/>
              </w:rPr>
              <w:t>Eksik</w:t>
            </w:r>
            <w:proofErr w:type="spellEnd"/>
            <w:r w:rsidRPr="003B29F0">
              <w:rPr>
                <w:rFonts w:cs="Times New Roman"/>
                <w:b/>
                <w:sz w:val="22"/>
              </w:rPr>
              <w:t>/</w:t>
            </w:r>
            <w:proofErr w:type="spellStart"/>
            <w:r w:rsidRPr="003B29F0">
              <w:rPr>
                <w:rFonts w:cs="Times New Roman"/>
                <w:b/>
                <w:sz w:val="22"/>
              </w:rPr>
              <w:t>Sağ</w:t>
            </w:r>
            <w:r w:rsidRPr="003B29F0">
              <w:rPr>
                <w:rFonts w:cs="Times New Roman"/>
                <w:b/>
                <w:sz w:val="22"/>
              </w:rPr>
              <w:t>lanamayan</w:t>
            </w:r>
            <w:proofErr w:type="spellEnd"/>
            <w:r w:rsidRPr="003B29F0">
              <w:rPr>
                <w:rFonts w:cs="Times New Roman"/>
                <w:b/>
                <w:sz w:val="22"/>
              </w:rPr>
              <w:t xml:space="preserve"> </w:t>
            </w:r>
            <w:proofErr w:type="spellStart"/>
            <w:r w:rsidRPr="003B29F0">
              <w:rPr>
                <w:rFonts w:cs="Times New Roman"/>
                <w:b/>
                <w:sz w:val="22"/>
              </w:rPr>
              <w:t>Madde</w:t>
            </w:r>
            <w:proofErr w:type="spellEnd"/>
          </w:p>
        </w:tc>
        <w:tc>
          <w:tcPr>
            <w:tcW w:w="5323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cs="Times New Roman"/>
                <w:b/>
                <w:sz w:val="22"/>
              </w:rPr>
              <w:t>Açıklama / Beyan</w:t>
            </w:r>
          </w:p>
        </w:tc>
        <w:tc>
          <w:tcPr>
            <w:tcW w:w="1325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cs="Times New Roman"/>
                <w:b/>
                <w:sz w:val="22"/>
              </w:rPr>
              <w:t>İşaret</w:t>
            </w:r>
          </w:p>
        </w:tc>
      </w:tr>
      <w:tr w:rsidR="004304A2" w:rsidRPr="003B29F0" w:rsidTr="003B29F0">
        <w:trPr>
          <w:jc w:val="center"/>
        </w:trPr>
        <w:tc>
          <w:tcPr>
            <w:tcW w:w="3324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(a) Maddesi (Adli Sicil)</w:t>
            </w:r>
          </w:p>
        </w:tc>
        <w:tc>
          <w:tcPr>
            <w:tcW w:w="5323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İlgili şartı şu an sağlayamıyorum / belgem eksik.</w:t>
            </w:r>
          </w:p>
        </w:tc>
        <w:tc>
          <w:tcPr>
            <w:tcW w:w="1325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4304A2" w:rsidRPr="003B29F0" w:rsidTr="003B29F0">
        <w:trPr>
          <w:jc w:val="center"/>
        </w:trPr>
        <w:tc>
          <w:tcPr>
            <w:tcW w:w="3324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(b/c) Maddesi (Boy/Kilo)</w:t>
            </w:r>
          </w:p>
        </w:tc>
        <w:tc>
          <w:tcPr>
            <w:tcW w:w="5323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Belirtilen boy/kilo aralığı şartını sağlamamaktayım.</w:t>
            </w:r>
          </w:p>
        </w:tc>
        <w:tc>
          <w:tcPr>
            <w:tcW w:w="1325" w:type="dxa"/>
            <w:vAlign w:val="center"/>
          </w:tcPr>
          <w:p w:rsidR="004304A2" w:rsidRPr="003B29F0" w:rsidRDefault="003B29F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4304A2" w:rsidRPr="003B29F0" w:rsidTr="003B29F0">
        <w:trPr>
          <w:jc w:val="center"/>
        </w:trPr>
        <w:tc>
          <w:tcPr>
            <w:tcW w:w="3324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(d) Maddesi (Heyet Sağlık Raporu)</w:t>
            </w:r>
          </w:p>
        </w:tc>
        <w:tc>
          <w:tcPr>
            <w:tcW w:w="5323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 xml:space="preserve">Yetkili tıp </w:t>
            </w:r>
            <w:r w:rsidRPr="003B29F0">
              <w:rPr>
                <w:rFonts w:cs="Times New Roman"/>
                <w:sz w:val="20"/>
                <w:szCs w:val="20"/>
              </w:rPr>
              <w:t>merkezinden sağlık raporum henüz temin edilemedi.</w:t>
            </w:r>
          </w:p>
        </w:tc>
        <w:tc>
          <w:tcPr>
            <w:tcW w:w="1325" w:type="dxa"/>
            <w:vAlign w:val="center"/>
          </w:tcPr>
          <w:p w:rsidR="004304A2" w:rsidRPr="003B29F0" w:rsidRDefault="003B29F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  <w:tr w:rsidR="004304A2" w:rsidRPr="003B29F0" w:rsidTr="003B29F0">
        <w:trPr>
          <w:jc w:val="center"/>
        </w:trPr>
        <w:tc>
          <w:tcPr>
            <w:tcW w:w="3324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(e) Maddesi (Dövme / Yara İzi)</w:t>
            </w:r>
          </w:p>
        </w:tc>
        <w:tc>
          <w:tcPr>
            <w:tcW w:w="5323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0"/>
                <w:szCs w:val="20"/>
              </w:rPr>
            </w:pPr>
            <w:r w:rsidRPr="003B29F0">
              <w:rPr>
                <w:rFonts w:cs="Times New Roman"/>
                <w:sz w:val="20"/>
                <w:szCs w:val="20"/>
              </w:rPr>
              <w:t>Görünecek bölgelerde dövme, kalıcı yara izi vb. bulunmaktadır.</w:t>
            </w:r>
          </w:p>
        </w:tc>
        <w:tc>
          <w:tcPr>
            <w:tcW w:w="1325" w:type="dxa"/>
            <w:vAlign w:val="center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2"/>
              </w:rPr>
            </w:pPr>
            <w:r w:rsidRPr="003B29F0">
              <w:rPr>
                <w:rFonts w:ascii="Segoe UI Symbol" w:hAnsi="Segoe UI Symbol" w:cs="Segoe UI Symbol"/>
                <w:sz w:val="22"/>
              </w:rPr>
              <w:t>☐</w:t>
            </w:r>
          </w:p>
        </w:tc>
      </w:tr>
    </w:tbl>
    <w:p w:rsidR="004304A2" w:rsidRPr="003B29F0" w:rsidRDefault="004304A2" w:rsidP="003B29F0">
      <w:pPr>
        <w:jc w:val="both"/>
        <w:rPr>
          <w:rFonts w:cs="Times New Roman"/>
          <w:sz w:val="24"/>
          <w:szCs w:val="24"/>
        </w:rPr>
      </w:pPr>
    </w:p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TAAHHÜT BEYANI:</w:t>
      </w:r>
    </w:p>
    <w:p w:rsidR="004304A2" w:rsidRPr="003B29F0" w:rsidRDefault="007A3AC0" w:rsidP="003B29F0">
      <w:pPr>
        <w:spacing w:line="252" w:lineRule="auto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sz w:val="24"/>
          <w:szCs w:val="24"/>
        </w:rPr>
        <w:t>Yukarıda yer alan koşullardan işaretlemiş olduğum madde/maddelerdeki şartları kesin kayıt</w:t>
      </w:r>
      <w:r w:rsidRPr="003B29F0">
        <w:rPr>
          <w:rFonts w:cs="Times New Roman"/>
          <w:sz w:val="24"/>
          <w:szCs w:val="24"/>
        </w:rPr>
        <w:t xml:space="preserve"> esnasında sağlamamakta olduğumu biliyorum. Buna rağmen Sivil Havacılık Genel Müdürlüğü ve Üniversiteniz mevzuatına uygun olarak yerleştirildiğim Sivil Havacılık Kabin Hizmetleri programına kaydımın yapılmasını talep ediyorum. Öğrencilik hayatımda, uygulam</w:t>
      </w:r>
      <w:r w:rsidRPr="003B29F0">
        <w:rPr>
          <w:rFonts w:cs="Times New Roman"/>
          <w:sz w:val="24"/>
          <w:szCs w:val="24"/>
        </w:rPr>
        <w:t>alı derslerde ve mezuniyetim sonrasında mesleğin icrası sırasında karşıma çıkabilecek her türlü yasal/mesleki güçlük konusunda hiçbir hak talep etmeyeceğimi beyan ve taahhüt ederim.</w:t>
      </w:r>
    </w:p>
    <w:p w:rsidR="004304A2" w:rsidRPr="003B29F0" w:rsidRDefault="003B29F0" w:rsidP="003B29F0">
      <w:pPr>
        <w:jc w:val="both"/>
        <w:rPr>
          <w:rFonts w:cs="Times New Roman"/>
          <w:sz w:val="24"/>
          <w:szCs w:val="24"/>
        </w:rPr>
      </w:pPr>
      <w:proofErr w:type="spellStart"/>
      <w:r w:rsidRPr="003B29F0">
        <w:rPr>
          <w:rFonts w:cs="Times New Roman"/>
          <w:sz w:val="24"/>
          <w:szCs w:val="24"/>
        </w:rPr>
        <w:t>Tarih</w:t>
      </w:r>
      <w:proofErr w:type="spellEnd"/>
      <w:r w:rsidRPr="003B29F0">
        <w:rPr>
          <w:rFonts w:cs="Times New Roman"/>
          <w:sz w:val="24"/>
          <w:szCs w:val="24"/>
        </w:rPr>
        <w:t>: …/…</w:t>
      </w:r>
      <w:r w:rsidR="007A3AC0" w:rsidRPr="003B29F0">
        <w:rPr>
          <w:rFonts w:cs="Times New Roman"/>
          <w:sz w:val="24"/>
          <w:szCs w:val="24"/>
        </w:rPr>
        <w:t>/2026</w:t>
      </w:r>
    </w:p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i/>
          <w:sz w:val="24"/>
          <w:szCs w:val="24"/>
        </w:rPr>
        <w:t xml:space="preserve">Iğdır Üniversitesi Meslek Yüksekokulu - Sivil Havacılık </w:t>
      </w:r>
      <w:r w:rsidRPr="003B29F0">
        <w:rPr>
          <w:rFonts w:cs="Times New Roman"/>
          <w:i/>
          <w:sz w:val="24"/>
          <w:szCs w:val="24"/>
        </w:rPr>
        <w:t>Kabin Hizmetleri Programı Kayıt Taahhütnamesi</w:t>
      </w:r>
    </w:p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sz w:val="24"/>
          <w:szCs w:val="24"/>
        </w:rPr>
        <w:br w:type="page"/>
      </w:r>
    </w:p>
    <w:p w:rsidR="004304A2" w:rsidRPr="003B29F0" w:rsidRDefault="007A3AC0" w:rsidP="003B29F0">
      <w:pPr>
        <w:spacing w:after="4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lastRenderedPageBreak/>
        <w:t>T.C.</w:t>
      </w:r>
    </w:p>
    <w:p w:rsidR="004304A2" w:rsidRPr="003B29F0" w:rsidRDefault="007A3AC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Kimlik ve Öğrenci Bilgileri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4304A2" w:rsidRPr="003B29F0">
        <w:trPr>
          <w:jc w:val="center"/>
        </w:trPr>
        <w:tc>
          <w:tcPr>
            <w:tcW w:w="4986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4"/>
                <w:szCs w:val="24"/>
              </w:rPr>
            </w:pPr>
            <w:r w:rsidRPr="003B29F0">
              <w:rPr>
                <w:rFonts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4986" w:type="dxa"/>
          </w:tcPr>
          <w:p w:rsidR="004304A2" w:rsidRPr="003B29F0" w:rsidRDefault="004304A2" w:rsidP="003B29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04A2" w:rsidRPr="003B29F0">
        <w:trPr>
          <w:jc w:val="center"/>
        </w:trPr>
        <w:tc>
          <w:tcPr>
            <w:tcW w:w="4986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4"/>
                <w:szCs w:val="24"/>
              </w:rPr>
            </w:pPr>
            <w:r w:rsidRPr="003B29F0">
              <w:rPr>
                <w:rFonts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4986" w:type="dxa"/>
          </w:tcPr>
          <w:p w:rsidR="004304A2" w:rsidRPr="003B29F0" w:rsidRDefault="004304A2" w:rsidP="003B29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04A2" w:rsidRPr="003B29F0">
        <w:trPr>
          <w:jc w:val="center"/>
        </w:trPr>
        <w:tc>
          <w:tcPr>
            <w:tcW w:w="4986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4"/>
                <w:szCs w:val="24"/>
              </w:rPr>
            </w:pPr>
            <w:r w:rsidRPr="003B29F0">
              <w:rPr>
                <w:rFonts w:cs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4986" w:type="dxa"/>
          </w:tcPr>
          <w:p w:rsidR="004304A2" w:rsidRPr="003B29F0" w:rsidRDefault="004304A2" w:rsidP="003B29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04A2" w:rsidRPr="003B29F0">
        <w:trPr>
          <w:jc w:val="center"/>
        </w:trPr>
        <w:tc>
          <w:tcPr>
            <w:tcW w:w="4986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4"/>
                <w:szCs w:val="24"/>
              </w:rPr>
            </w:pPr>
            <w:r w:rsidRPr="003B29F0">
              <w:rPr>
                <w:rFonts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4986" w:type="dxa"/>
          </w:tcPr>
          <w:p w:rsidR="004304A2" w:rsidRPr="003B29F0" w:rsidRDefault="004304A2" w:rsidP="003B29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304A2" w:rsidRPr="003B29F0">
        <w:trPr>
          <w:jc w:val="center"/>
        </w:trPr>
        <w:tc>
          <w:tcPr>
            <w:tcW w:w="4986" w:type="dxa"/>
          </w:tcPr>
          <w:p w:rsidR="004304A2" w:rsidRPr="003B29F0" w:rsidRDefault="007A3AC0" w:rsidP="003B29F0">
            <w:pPr>
              <w:jc w:val="both"/>
              <w:rPr>
                <w:rFonts w:cs="Times New Roman"/>
                <w:sz w:val="24"/>
                <w:szCs w:val="24"/>
              </w:rPr>
            </w:pPr>
            <w:r w:rsidRPr="003B29F0">
              <w:rPr>
                <w:rFonts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4986" w:type="dxa"/>
          </w:tcPr>
          <w:p w:rsidR="004304A2" w:rsidRPr="003B29F0" w:rsidRDefault="004304A2" w:rsidP="003B29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4304A2" w:rsidRPr="003B29F0" w:rsidRDefault="004304A2" w:rsidP="003B29F0">
      <w:pPr>
        <w:jc w:val="both"/>
        <w:rPr>
          <w:rFonts w:cs="Times New Roman"/>
          <w:sz w:val="24"/>
          <w:szCs w:val="24"/>
        </w:rPr>
      </w:pPr>
    </w:p>
    <w:p w:rsidR="004304A2" w:rsidRPr="003B29F0" w:rsidRDefault="003B29F0" w:rsidP="003B29F0">
      <w:pPr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>İMZA</w:t>
      </w:r>
    </w:p>
    <w:p w:rsidR="004304A2" w:rsidRPr="003B29F0" w:rsidRDefault="007A3AC0" w:rsidP="003B29F0">
      <w:pPr>
        <w:spacing w:before="400"/>
        <w:jc w:val="both"/>
        <w:rPr>
          <w:rFonts w:cs="Times New Roman"/>
          <w:sz w:val="24"/>
          <w:szCs w:val="24"/>
        </w:rPr>
      </w:pPr>
      <w:r w:rsidRPr="003B29F0">
        <w:rPr>
          <w:rFonts w:cs="Times New Roman"/>
          <w:b/>
          <w:sz w:val="24"/>
          <w:szCs w:val="24"/>
        </w:rPr>
        <w:t xml:space="preserve">Bilgi: </w:t>
      </w:r>
      <w:r w:rsidRPr="003B29F0">
        <w:rPr>
          <w:rFonts w:cs="Times New Roman"/>
          <w:sz w:val="24"/>
          <w:szCs w:val="24"/>
        </w:rPr>
        <w:t xml:space="preserve">Bu form, kayıt esnasında heyet raporu veya </w:t>
      </w:r>
      <w:r w:rsidRPr="003B29F0">
        <w:rPr>
          <w:rFonts w:cs="Times New Roman"/>
          <w:sz w:val="24"/>
          <w:szCs w:val="24"/>
        </w:rPr>
        <w:t>diğer koşullarda eksikliği bulunan öğrencilerin kaydının tamamlanabilmesi için Sivil Havacılık Genel Müdürlüğü yönergeleri gereğince istenmektedir.</w:t>
      </w:r>
    </w:p>
    <w:sectPr w:rsidR="004304A2" w:rsidRPr="003B29F0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29F0"/>
    <w:rsid w:val="004304A2"/>
    <w:rsid w:val="007A3AC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FC0E6"/>
  <w14:defaultImageDpi w14:val="300"/>
  <w15:docId w15:val="{79E0CF59-CEBF-4D6C-B792-760E04C5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40FFAE-3D3A-434A-B284-27C4D392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FujitSU</cp:lastModifiedBy>
  <cp:revision>2</cp:revision>
  <dcterms:created xsi:type="dcterms:W3CDTF">2026-08-25T05:42:00Z</dcterms:created>
  <dcterms:modified xsi:type="dcterms:W3CDTF">2026-08-25T05:42:00Z</dcterms:modified>
  <cp:category/>
</cp:coreProperties>
</file>